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ריבית דריבית פועלת על חיסכון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שזמן החיסכון חשוב לא פחות מגובה הסכום שמפקידים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מיה ודן ולהסביר את התוצאה המפתיעה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מיה חוסכת מגיל 15 עד 25 ואז מפסיקה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מיה התחילה בגיל 15, דן התחיל מאוחר יותר, בגיל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דן הפקיד 24,000 ש״ח ומיה הפקידה 12,000 ש״ח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(ריבית שמחושבת גם על הריבית שכבר נצברה)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(האחוז שבו גדל החיסכון בממוצע בכל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(הסכום הראשוני שמפקידים לפני שהוא צומח)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קבוע שמכניסים לחיסכון כל חודש)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בהגיון שככל שמתחילים מוקדם יותר, יש יותר זמן לריבית דריבית לפעול ולהגדיל את הסכום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דן חוסך 20 שנה, מיה חוסכת 10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מיה, כי הכסף שלה נשאר בחיסכון יותר זמן ולריבית דריבית יש יותר הזדמנות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שריבית מתווספת גם על ריבית קודמת, כך שהכסף גדל מהר יותר ככל שעובר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ולתת לתלמידים לשנות את אחוז התשואה ולראות איך זה משפיע על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שהנקודה המרכזית היא זמן ולא רק גובה ההפקדה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לדוגמאות מחיי התלמידים, כמו חיסכון לקראת רכישה עתידית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נבחן שתי דרכי חיסכון שונות: מיה מתחילה מוקדם וחוסכת לתקופה קצרה, ודן מתחיל מאוחר וחוסך לתקופה ארוכה יותר. נבדוק מי מגיע עם יותר כסף בגיל 45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15  ·  100  ·  25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שנים מיה חוסכת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שנים דן חוסך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הפקיד סכום כולל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הפקידו אותו סכום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מיה הפסיקה לחסוך בגיל 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דן התחיל לחסוך לפני 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דן הפקיד פי שניים מהסכום שמיה הפקידה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מיה חוסכת __________ ₪ בחודש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מיה מתחילה לחסוך בגיל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דן מתחיל לחסוך בגיל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האחוז שבו גדל החיסכון בממוצע בכל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תשואה שנתית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הסכום הראשוני שמפקידים לפני שהוא צומח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קבוע שמכניסים לחיסכון כל 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ריבית שמחושבת גם על הריבית שכבר נצברה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מתחילים לחסוך 100 ₪ בחודש כבר היום. לאיזה סכום הייתם רוצים להגיע עד גיל 45? הסבירו איך הזמן יכול לעזור לכם להגיע לשם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חוסך יותר שנים - מיה או 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מגיע עם יותר כסף בגיל 45, ולמה זה קורה?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מרוץ הריבית - מוקדם או מאוחר?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