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מרוץ הריבית - מוקדם או מאוחר?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ריבית דריבית פועלת על חיסכון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שזמן החיסכון חשוב לא פחות מגובה הסכום שמפקידים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דוגמת מיה ודן ולהסביר את התוצאה המפתיעה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10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מספר השנים שהכסף נשאר בחיסכון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האחוז שבו הכסף גדל בממוצע כל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מיה חוסכת מגיל 15 עד 25 ואז מפסיקה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מיה התחילה בגיל 15, דן התחיל מאוחר יותר, בגיל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דן הפקיד 24,000 ש״ח ומיה הפקידה 12,000 ש״ח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בזכות הזמן הנוסף שהכסף שלה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זמן ארוך יותר נותן לריבית דריבית יותר הזדמנות לצמוח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בתשואות מסוימות התוצאה יכולה להשתנות, לא תמיד מיה מנצחת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4. 42,393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6. 24,000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(ריבית שמחושבת גם על הריבית שכבר נצברה)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(האחוז שבו גדל החיסכון בממוצע בכל 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(הסכום הראשוני שמפקידים לפני שהוא צומח)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(סכום קבוע שמכניסים לחיסכון כל 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(ככל שהוא ארוך יותר, הריבית דריבית פועלת חזק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הכסף שלה נשאר בחיסכון הרבה יותר שנים (מגיל 15), ולכן הריבית דריבית הספיקה לפעול עליו הרבה יותר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מסביר בהגיון שככל שמתחילים מוקדם יותר, יש יותר זמן לריבית דריבית לפעול ולהגדיל את הסכום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דן חוסך 20 שנה, מיה חוסכת 10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מיה, כי הכסף שלה נשאר בחיסכון יותר זמן ולריבית דריבית יש יותר הזדמנות לפעול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שריבית מתווספת גם על ריבית קודמת, כך שהכסף גדל מהר יותר ככל שעובר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ולתת לתלמידים לשנות את אחוז התשואה ולראות איך זה משפיע על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שהנקודה המרכזית היא זמן ולא רק גובה ההפקדה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לדוגמאות מחיי התלמידים, כמו חיסכון לקראת רכישה עתידית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מרוץ הריבית - מוקדם או מאוחר?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שני אנשים שחוסכים כסף. מיה מתחילה לחסוך כשהיא צעירה, דן מתחיל לחסוך כשהוא מבוגר יותר. נבדוק למי יהיה יותר כסף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דריבית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שמתווספת גם על הריבית שכבר נצברה בעבר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תשואה שנתית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האחוז שבו גדל הכסף בממוצע בכל 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הראשוני שמפקידים לפני שהוא גדל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הפקדה חודשית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סכום קבוע שמכניסים לחיסכון כל חודש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שמניחים בצד ולא מוציאים 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הזמן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זמן הכסף נשאר בחיסכון וצומח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סכום שנצבר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יש בחיסכון בסוף התקופה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שנים מיה שמה כסף בצד?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שנים דן שם כסף בצד?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שם יותר כסף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הפקידו אותו סכום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מגיע עם יותר כסף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לשניהם יש אותו סכום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תלוי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הדבר הכי חשוב שגורם לתוצאה המפתיעה?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סכום ההפקדה החודשית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השנים שהכסף נשאר בחיסכון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מין החוסך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תשואה שנתית?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הסכום שהפקידו בפעם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האחוז שבו הכסף גדל בממוצע כל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העמלה שהבנק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ההפקדות בשנה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מיה הפסיקה לחסוך בגיל 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דן התחיל לחסוך לפני מיה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דן הפקיד פי שניים מהסכום שמיה הפקידה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בגיל 45 יש למיה יותר כסף מדן, למרות שהפקידה 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שמתחילים לחסוך מוקדם יותר, לריבית דריבית יש יותר זמן לפעול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אם משנים את התשואה השנתית, מיה תמיד תישאר עם יותר כסף מדן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מיה חוסכת __________ ₪ בחודש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מיה מתחילה לחסוך בגיל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דן מתחיל לחסוך בגיל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בגיל 45, יש למיה כ-__________ ₪ בתשואה של 5%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הכוח שגורם לכסף לגדול עם הזמן נקרא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דן הפקיד בסך הכל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האחוז שבו גדל החיסכון בממוצע בכל 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תשואה שנתית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הסכום הראשוני שמפקידים לפני שהוא צומח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ככל שהוא ארוך יותר, הריבית דריבית פועלת חזק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הפקדה חודשית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ריבית שמחושבת גם על הריבית שכבר נצברה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גורם הזמן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סכום קבוע שמכניסים לחיסכון כל חודש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מיה מגיעה עם יותר כסף בגיל 45, למרות שהפקידה רק חצי מהסכום שדן הפקיד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מתחילים לחסוך 100 ₪ בחודש כבר היום. לאיזה סכום הייתם רוצים להגיע עד גיל 45? הסבירו איך הזמן יכול לעזור לכם להגיע לשם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חוסך יותר שנים - מיה או דן?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מגיע עם יותר כסף בגיל 45, ולמה זה קורה?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ריבית דריבית,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מרוץ הריבית - מוקדם או מאוחר?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